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קניות נבונות בחנות השכונה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מחירים וסכומים בקנייה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שלבי תהליך הקנייה: בחירה, חישוב, תשלום ועודף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השוואת מחירים וקבלת החלטות בתקציב מוגבל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35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100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משחק קופסה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גרביים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הספר עולה 42 ₪ והכובע רק 25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ההגדרה של עודף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ביחד כל המוצרים עולים הרבה יותר מ-100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לחשב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5. 16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מוצר למחיר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(35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(28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(22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(14 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הקנייה בחנות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מוצרים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מחשבים כמה זה עולה בסך הכל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משלמים את הכסף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מקבלים עודף אם צריך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תרגילי חשבון קצרים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100-35-42=23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28+25+19=72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100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מקבלים עודף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משחק קופסה (48 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לתת לתלמידים לבצע קנייה אמיתית עם כסף מדומה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יחד על חישוב העודף לפני תחילת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הסעיפים המסומנים כקשים (skip_n)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קניות נבונות בחנות השכונה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בחנות הגדולה של השכונה יש לכם 100 ₪ ואפשר לבחור עד 5 מוצרים. בדף הזה נתרגל לחשב מחירים, לבדוק אם יש מספיק כסף ולחשב עודף.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עולה הכדור בחנות?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28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42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כסף יש לקונים לקניות בחנות?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המוצר הכי יקר ברשימה?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משחק קופסה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המוצר הכי זול ברשימה?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גרביים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צבעים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עפיפון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מוצרים הכי הרבה מותר לבחור בקנייה אחת?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עד 5 מוצרים בקנייה אחת.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הכובע עולה יותר מהספר.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העודף הוא הכסף שמקבלים בחזרה כשמשלמים יותר מהמחיר.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לקנות את כל 10 המוצרים בחנות בלי לחרוג מ-100 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יש לנו __________ ₪ לקנות מוצרים בחנות.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מותר לבחור עד __________ מוצרים בקנייה.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הוא הכסף שמחזירים לנו כשמשלמים יותר מהמחיר.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שמשלמים צריך ל__________ כמה כסף צריך בסך הכל.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הצבעים בחנות עולים __________ 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מוצר למחיר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כדור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22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דובי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14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קלמר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28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טושים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35 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הקנייה בחנות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משלמים את הכסף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מקבלים עודף אם צריך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מחשבים כמה זה עולה בסך הכל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מוצרים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תרגילי חשבון קצרים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יש לכם 100 ₪. קניתם כדור וספר. כמה כסף נשאר לכם?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קניתם דובי, כובע ועפיפון. כמה שילמתם בסך הכל?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כסף יש לקונים בחנות הגדולה של השכונה?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השלב האחרון בתהליך הקנייה?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מוצר ברשימה הכי יקר?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קניות נבונות בחנות השכונה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