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נבונות בחנות השכונה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מחירים וסכומים בקנייה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תהליך הקנייה: בחירה, חישוב, תשלום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מחירים וקבלת החלטות בתקציב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35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משחק קופסה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גרביים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עולה 42 ₪ והכובע רק 25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ביחד כל המוצרים עולים הרבה יותר מ-100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למחיר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(35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(28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(22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(14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 כמה זה עולה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את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תרגילי חשבון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100-35-42=23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28+25+19=72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מקבלים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קופסה (48 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לבצע קנייה אמיתית עם כסף מדומה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חישוב העודף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נבונות בחנות השכונה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לכם 100 שקלים. אתם בוחרים מוצרים בחנות. צריך לחשב כמה זה עולה וכמה כסף נשאר.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שקונים בחנות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צריך לשלם בעד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כשמשלמים יותר מהמחיר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הכסף שיש לנו לקנייה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תמורת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לחסוך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כסף ולא להוציא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של חיבור מספרים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המחיר של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כסף יש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מוצר עולה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קופסה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מוצר עולה הכי מעט?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עפיפון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מוצרים מותר לקחת?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עד 5 מוצרים בקנייה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הכובע עולה יותר מהספר.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העודף הוא הכסף שמקבלים בחזרה כשמשלמים יותר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לקנות את כל 10 המוצרים בחנות בלי לחרוג מ-100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לנו __________ ₪ לקנות מוצרים בחנות.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מותר לבחור עד __________ מוצרים בקנייה.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הכסף שמחזירים לנו כשמשלמים יותר מהמחיר.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שמשלמים צריך ל__________ כמה כסף צריך בסך הכל.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הצבעים בחנות עולים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מוצר למחיר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28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טושים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35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כמה זה עולה בסך הכל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את הכסף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תרגילי חשבון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לכם 100 ₪. קניתם כדור וספר. כמה כסף נשאר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קניתם דובי, כובע ועפיפון. כמה שילמתם בסך הכל?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יש לקונים בחנות הגדולה של השכונה?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האחרון בתהליך הקנייה?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מוצר ברשימה הכי יקר?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קניות נבונות בחנות השכונה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