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קניות נבונות בחנות השכונה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מחירים וסכומים בקנייה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תהליך הקנייה: בחירה, חישוב, תשלום ועודף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השוואת מחירים וקבלת החלטות בתקציב מוגבל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35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100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מוצר למחיר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(35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(28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(22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(14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הקנייה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מחשבים כמה זה עולה בסך הכל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תרגילי חשבון קצרים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מקבלים 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קופסה (48 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לבצע קנייה אמיתית עם כסף מדומה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חישוב העודף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הסעיפים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קניות נבונות בחנות השכונה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בחנות הגדולה של השכונה יש לכם 100 ₪ ואפשר לבחור עד 5 מוצרים. בדף הזה נתרגל לחשב מחירים, לבדוק אם יש מספיק כסף ולחשב עודף.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עודף  ·  100  ·  5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עולה הכדור 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28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כסף יש לקונים לקניות 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עד 5 מוצרים בקנייה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העודף הוא הכסף שמקבלים בחזרה כשמשלמים יותר מהמחיר.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יש לנו __________ ₪ לקנות מוצרים בחנות.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מותר לבחור עד __________ מוצרים בקנייה.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הוא הכסף שמחזירים לנו כשמשלמים יותר מהמחיר.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מוצר למחיר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28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דובי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35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קלמר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14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טושים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22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מחשבים כמה זה עולה בסך הכל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תרגילי חשבון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כסף יש לקונים בחנות הגדולה של השכונה?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השלב האחרון בתהליך הקנייה?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קניות נבונות בחנות השכונה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